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0295C" w14:textId="70F16AD4" w:rsidR="003C1D26" w:rsidRPr="00D62FC8" w:rsidRDefault="00000000">
      <w:pPr>
        <w:jc w:val="center"/>
        <w:rPr>
          <w:sz w:val="28"/>
          <w:szCs w:val="28"/>
          <w:lang w:val="lv-LV"/>
        </w:rPr>
      </w:pPr>
      <w:r w:rsidRPr="00D62FC8">
        <w:rPr>
          <w:b/>
          <w:sz w:val="28"/>
          <w:szCs w:val="28"/>
          <w:lang w:val="lv-LV"/>
        </w:rPr>
        <w:t>P</w:t>
      </w:r>
      <w:r w:rsidR="00D62FC8" w:rsidRPr="00D62FC8">
        <w:rPr>
          <w:b/>
          <w:sz w:val="28"/>
          <w:szCs w:val="28"/>
          <w:lang w:val="lv-LV"/>
        </w:rPr>
        <w:t>ieteikums SIA “Valmieras ūdens”</w:t>
      </w:r>
      <w:r w:rsidRPr="00D62FC8">
        <w:rPr>
          <w:b/>
          <w:sz w:val="28"/>
          <w:szCs w:val="28"/>
          <w:lang w:val="lv-LV"/>
        </w:rPr>
        <w:t xml:space="preserve"> </w:t>
      </w:r>
      <w:r w:rsidR="00D62FC8" w:rsidRPr="00D62FC8">
        <w:rPr>
          <w:b/>
          <w:sz w:val="28"/>
          <w:szCs w:val="28"/>
          <w:lang w:val="lv-LV"/>
        </w:rPr>
        <w:t>vakancei</w:t>
      </w:r>
      <w:r w:rsidR="00D62FC8">
        <w:rPr>
          <w:b/>
          <w:sz w:val="28"/>
          <w:szCs w:val="28"/>
          <w:lang w:val="lv-LV"/>
        </w:rPr>
        <w:t xml:space="preserve"> uz noteiktu laiku</w:t>
      </w:r>
    </w:p>
    <w:p w14:paraId="544F869D" w14:textId="77777777" w:rsidR="003C1D26" w:rsidRPr="00D62FC8" w:rsidRDefault="00000000">
      <w:pPr>
        <w:jc w:val="center"/>
        <w:rPr>
          <w:lang w:val="lv-LV"/>
        </w:rPr>
      </w:pPr>
      <w:r w:rsidRPr="00D62FC8">
        <w:rPr>
          <w:b/>
          <w:sz w:val="26"/>
          <w:lang w:val="lv-LV"/>
        </w:rPr>
        <w:t>Apkures/krāšņu kurinātājs/-a (darbs maiņās)</w:t>
      </w:r>
    </w:p>
    <w:p w14:paraId="408922FF" w14:textId="388CD277" w:rsidR="003C1D26" w:rsidRPr="00D62FC8" w:rsidRDefault="00000000" w:rsidP="00D62FC8">
      <w:pPr>
        <w:jc w:val="center"/>
        <w:rPr>
          <w:lang w:val="lv-LV"/>
        </w:rPr>
      </w:pPr>
      <w:r w:rsidRPr="00D62FC8">
        <w:rPr>
          <w:i/>
          <w:lang w:val="lv-LV"/>
        </w:rPr>
        <w:t>Darba vieta: Naukšēnu ciema katlu māja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7"/>
        <w:gridCol w:w="6898"/>
      </w:tblGrid>
      <w:tr w:rsidR="003C1D26" w:rsidRPr="00D62FC8" w14:paraId="72998A21" w14:textId="77777777" w:rsidTr="00D62FC8">
        <w:trPr>
          <w:trHeight w:val="618"/>
          <w:jc w:val="center"/>
        </w:trPr>
        <w:tc>
          <w:tcPr>
            <w:tcW w:w="0" w:type="auto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1066BA" w14:textId="77777777" w:rsidR="003C1D26" w:rsidRPr="00D62FC8" w:rsidRDefault="00000000">
            <w:pPr>
              <w:rPr>
                <w:lang w:val="lv-LV"/>
              </w:rPr>
            </w:pPr>
            <w:r w:rsidRPr="00D62FC8">
              <w:rPr>
                <w:b/>
                <w:lang w:val="lv-LV"/>
              </w:rPr>
              <w:t>Vārds, uzvārds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41E275" w14:textId="20B2B2E6" w:rsidR="003C1D26" w:rsidRPr="00D62FC8" w:rsidRDefault="00000000">
            <w:pPr>
              <w:rPr>
                <w:lang w:val="lv-LV"/>
              </w:rPr>
            </w:pPr>
            <w:r w:rsidRPr="00D62FC8">
              <w:rPr>
                <w:lang w:val="lv-LV"/>
              </w:rPr>
              <w:t xml:space="preserve">  ________________________________________________________</w:t>
            </w:r>
          </w:p>
        </w:tc>
      </w:tr>
      <w:tr w:rsidR="003C1D26" w:rsidRPr="00D62FC8" w14:paraId="77B8CE5E" w14:textId="77777777" w:rsidTr="00D62FC8">
        <w:trPr>
          <w:trHeight w:val="610"/>
          <w:jc w:val="center"/>
        </w:trPr>
        <w:tc>
          <w:tcPr>
            <w:tcW w:w="0" w:type="auto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54F5D9" w14:textId="77777777" w:rsidR="003C1D26" w:rsidRPr="00D62FC8" w:rsidRDefault="00000000">
            <w:pPr>
              <w:rPr>
                <w:lang w:val="lv-LV"/>
              </w:rPr>
            </w:pPr>
            <w:r w:rsidRPr="00D62FC8">
              <w:rPr>
                <w:b/>
                <w:lang w:val="lv-LV"/>
              </w:rPr>
              <w:t>Tālruņa numurs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6841FF" w14:textId="64419A74" w:rsidR="003C1D26" w:rsidRPr="00D62FC8" w:rsidRDefault="00000000">
            <w:pPr>
              <w:rPr>
                <w:lang w:val="lv-LV"/>
              </w:rPr>
            </w:pPr>
            <w:r w:rsidRPr="00D62FC8">
              <w:rPr>
                <w:lang w:val="lv-LV"/>
              </w:rPr>
              <w:t xml:space="preserve">  ________________________________________________________</w:t>
            </w:r>
          </w:p>
        </w:tc>
      </w:tr>
      <w:tr w:rsidR="003C1D26" w:rsidRPr="00D62FC8" w14:paraId="4FBE57DE" w14:textId="77777777" w:rsidTr="00D62FC8">
        <w:trPr>
          <w:trHeight w:val="618"/>
          <w:jc w:val="center"/>
        </w:trPr>
        <w:tc>
          <w:tcPr>
            <w:tcW w:w="0" w:type="auto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D1DA39" w14:textId="77777777" w:rsidR="003C1D26" w:rsidRPr="00D62FC8" w:rsidRDefault="00000000">
            <w:pPr>
              <w:rPr>
                <w:lang w:val="lv-LV"/>
              </w:rPr>
            </w:pPr>
            <w:r w:rsidRPr="00D62FC8">
              <w:rPr>
                <w:b/>
                <w:lang w:val="lv-LV"/>
              </w:rPr>
              <w:t>E-pasta adrese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AD69BE" w14:textId="0273AD34" w:rsidR="003C1D26" w:rsidRPr="00D62FC8" w:rsidRDefault="00000000">
            <w:pPr>
              <w:rPr>
                <w:lang w:val="lv-LV"/>
              </w:rPr>
            </w:pPr>
            <w:r w:rsidRPr="00D62FC8">
              <w:rPr>
                <w:lang w:val="lv-LV"/>
              </w:rPr>
              <w:t xml:space="preserve">  ________________________________________________________</w:t>
            </w:r>
          </w:p>
        </w:tc>
      </w:tr>
      <w:tr w:rsidR="003C1D26" w:rsidRPr="00D62FC8" w14:paraId="59677456" w14:textId="77777777" w:rsidTr="00D62FC8">
        <w:trPr>
          <w:trHeight w:val="493"/>
          <w:jc w:val="center"/>
        </w:trPr>
        <w:tc>
          <w:tcPr>
            <w:tcW w:w="0" w:type="auto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3DC22E" w14:textId="19DACE5E" w:rsidR="003C1D26" w:rsidRPr="00D62FC8" w:rsidRDefault="00D62FC8">
            <w:pPr>
              <w:rPr>
                <w:b/>
                <w:bCs/>
                <w:lang w:val="lv-LV"/>
              </w:rPr>
            </w:pPr>
            <w:r w:rsidRPr="00D62FC8">
              <w:rPr>
                <w:b/>
                <w:bCs/>
                <w:lang w:val="lv-LV"/>
              </w:rPr>
              <w:t>Dzīvesvietas adrese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4F3314" w14:textId="5FEF83CD" w:rsidR="003C1D26" w:rsidRPr="00D62FC8" w:rsidRDefault="00000000">
            <w:pPr>
              <w:rPr>
                <w:lang w:val="lv-LV"/>
              </w:rPr>
            </w:pPr>
            <w:r w:rsidRPr="00D62FC8">
              <w:rPr>
                <w:lang w:val="lv-LV"/>
              </w:rPr>
              <w:t xml:space="preserve">  ________________________________________________________</w:t>
            </w:r>
          </w:p>
        </w:tc>
      </w:tr>
    </w:tbl>
    <w:p w14:paraId="19B9C8D1" w14:textId="77777777" w:rsidR="006F6308" w:rsidRDefault="006F6308">
      <w:pPr>
        <w:spacing w:before="40" w:after="80"/>
        <w:rPr>
          <w:b/>
          <w:sz w:val="24"/>
          <w:lang w:val="lv-LV"/>
        </w:rPr>
      </w:pPr>
    </w:p>
    <w:p w14:paraId="635B9F8D" w14:textId="0467B5E5" w:rsidR="003C1D26" w:rsidRPr="00D62FC8" w:rsidRDefault="00000000">
      <w:pPr>
        <w:spacing w:before="40" w:after="80"/>
        <w:rPr>
          <w:lang w:val="lv-LV"/>
        </w:rPr>
      </w:pPr>
      <w:r w:rsidRPr="00D62FC8">
        <w:rPr>
          <w:b/>
          <w:sz w:val="24"/>
          <w:lang w:val="lv-LV"/>
        </w:rPr>
        <w:t>IZGLĪTĪBA UN DARBA PIEREDZE</w:t>
      </w:r>
    </w:p>
    <w:p w14:paraId="4D04CAF3" w14:textId="77777777" w:rsidR="003C1D26" w:rsidRPr="00D62FC8" w:rsidRDefault="00000000">
      <w:pPr>
        <w:spacing w:after="100"/>
        <w:rPr>
          <w:lang w:val="lv-LV"/>
        </w:rPr>
      </w:pPr>
      <w:r w:rsidRPr="00D62FC8">
        <w:rPr>
          <w:lang w:val="lv-LV"/>
        </w:rPr>
        <w:t>Izglītība: ____________________________________________________________________________</w:t>
      </w:r>
    </w:p>
    <w:p w14:paraId="4BEAA73D" w14:textId="77777777" w:rsidR="003C1D26" w:rsidRPr="00D62FC8" w:rsidRDefault="00000000">
      <w:pPr>
        <w:spacing w:after="100"/>
        <w:rPr>
          <w:lang w:val="lv-LV"/>
        </w:rPr>
      </w:pPr>
      <w:r w:rsidRPr="00D62FC8">
        <w:rPr>
          <w:lang w:val="lv-LV"/>
        </w:rPr>
        <w:t>Vai Jums ir iepriekšēja darba pieredze apkures/katlumājas darbā?   ☐ Jā   ☐ Nē</w:t>
      </w:r>
    </w:p>
    <w:p w14:paraId="041EBCA2" w14:textId="77777777" w:rsidR="003C1D26" w:rsidRPr="00D62FC8" w:rsidRDefault="00000000">
      <w:pPr>
        <w:spacing w:after="100"/>
        <w:rPr>
          <w:lang w:val="lv-LV"/>
        </w:rPr>
      </w:pPr>
      <w:r w:rsidRPr="00D62FC8">
        <w:rPr>
          <w:lang w:val="lv-LV"/>
        </w:rPr>
        <w:t>Ja jā, īsi norādiet, kur un cik ilgi:</w:t>
      </w:r>
      <w:r w:rsidRPr="00D62FC8">
        <w:rPr>
          <w:lang w:val="lv-LV"/>
        </w:rPr>
        <w:br/>
        <w:t>____________________________________________________________________________________</w:t>
      </w:r>
      <w:r w:rsidRPr="00D62FC8">
        <w:rPr>
          <w:lang w:val="lv-LV"/>
        </w:rPr>
        <w:br/>
        <w:t>____________________________________________________________________________________</w:t>
      </w:r>
    </w:p>
    <w:p w14:paraId="2A3754CA" w14:textId="77777777" w:rsidR="003C1D26" w:rsidRPr="00D62FC8" w:rsidRDefault="00000000">
      <w:pPr>
        <w:spacing w:after="100"/>
        <w:rPr>
          <w:lang w:val="lv-LV"/>
        </w:rPr>
      </w:pPr>
      <w:r w:rsidRPr="00D62FC8">
        <w:rPr>
          <w:lang w:val="lv-LV"/>
        </w:rPr>
        <w:t>Kāda ir Jūsu pieredze darbā ar apkures iekārtām?</w:t>
      </w:r>
      <w:r w:rsidRPr="00D62FC8">
        <w:rPr>
          <w:lang w:val="lv-LV"/>
        </w:rPr>
        <w:br/>
        <w:t>____________________________________________________________________________________</w:t>
      </w:r>
      <w:r w:rsidRPr="00D62FC8">
        <w:rPr>
          <w:lang w:val="lv-LV"/>
        </w:rPr>
        <w:br/>
        <w:t>____________________________________________________________________________________</w:t>
      </w:r>
    </w:p>
    <w:p w14:paraId="2040CAA2" w14:textId="52A7B40F" w:rsidR="00D62FC8" w:rsidRPr="00D62FC8" w:rsidRDefault="00000000">
      <w:pPr>
        <w:spacing w:before="40" w:after="80"/>
        <w:rPr>
          <w:b/>
          <w:sz w:val="24"/>
          <w:lang w:val="lv-LV"/>
        </w:rPr>
      </w:pPr>
      <w:r w:rsidRPr="00D62FC8">
        <w:rPr>
          <w:b/>
          <w:sz w:val="24"/>
          <w:lang w:val="lv-LV"/>
        </w:rPr>
        <w:t>PRASMES</w:t>
      </w:r>
    </w:p>
    <w:p w14:paraId="09E89DBB" w14:textId="77777777" w:rsidR="003C1D26" w:rsidRPr="00D62FC8" w:rsidRDefault="00000000">
      <w:pPr>
        <w:spacing w:after="100"/>
        <w:rPr>
          <w:lang w:val="lv-LV"/>
        </w:rPr>
      </w:pPr>
      <w:r w:rsidRPr="00D62FC8">
        <w:rPr>
          <w:lang w:val="lv-LV"/>
        </w:rPr>
        <w:t>Valsts valodas zināšanas:   ☐ ļoti labas   ☐ labas   ☐ pamata</w:t>
      </w:r>
    </w:p>
    <w:p w14:paraId="70C9357C" w14:textId="77777777" w:rsidR="003C1D26" w:rsidRPr="00D62FC8" w:rsidRDefault="00000000">
      <w:pPr>
        <w:spacing w:before="40" w:after="80"/>
        <w:rPr>
          <w:lang w:val="lv-LV"/>
        </w:rPr>
      </w:pPr>
      <w:r w:rsidRPr="00D62FC8">
        <w:rPr>
          <w:b/>
          <w:sz w:val="24"/>
          <w:lang w:val="lv-LV"/>
        </w:rPr>
        <w:t>APLIECINĀJUMS</w:t>
      </w:r>
    </w:p>
    <w:p w14:paraId="7215BFC5" w14:textId="77777777" w:rsidR="003C1D26" w:rsidRPr="00D62FC8" w:rsidRDefault="00000000" w:rsidP="00D62FC8">
      <w:pPr>
        <w:jc w:val="both"/>
        <w:rPr>
          <w:lang w:val="lv-LV"/>
        </w:rPr>
      </w:pPr>
      <w:r w:rsidRPr="00D62FC8">
        <w:rPr>
          <w:lang w:val="lv-LV"/>
        </w:rPr>
        <w:t>Apliecinu, ka pieteikumā sniegtā informācija ir patiesa. Esmu informēts/-a, ka pieteikumā norādītie personas dati tiks apstrādāti, lai nodrošinātu atlases konkursa norisi atbilstoši fizisko personu datu aizsardzības regulējuma prasībām. Datu pārzinis – SIA “Valmieras ūdens”, Rūpniecības iela 50, Valmiera, Valmieras novads, LV-4201.</w:t>
      </w:r>
    </w:p>
    <w:tbl>
      <w:tblPr>
        <w:tblW w:w="10971" w:type="dxa"/>
        <w:tblLayout w:type="fixed"/>
        <w:tblLook w:val="04A0" w:firstRow="1" w:lastRow="0" w:firstColumn="1" w:lastColumn="0" w:noHBand="0" w:noVBand="1"/>
      </w:tblPr>
      <w:tblGrid>
        <w:gridCol w:w="3097"/>
        <w:gridCol w:w="4217"/>
        <w:gridCol w:w="3657"/>
      </w:tblGrid>
      <w:tr w:rsidR="006F6308" w:rsidRPr="00D62FC8" w14:paraId="4797B7C8" w14:textId="09F8C167" w:rsidTr="006F6308">
        <w:trPr>
          <w:trHeight w:val="354"/>
        </w:trPr>
        <w:tc>
          <w:tcPr>
            <w:tcW w:w="309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65CDDE" w14:textId="7761C51F" w:rsidR="006F6308" w:rsidRPr="00D62FC8" w:rsidRDefault="006F6308">
            <w:pPr>
              <w:rPr>
                <w:lang w:val="lv-LV"/>
              </w:rPr>
            </w:pPr>
            <w:r w:rsidRPr="00D62FC8">
              <w:rPr>
                <w:lang w:val="lv-LV"/>
              </w:rPr>
              <w:t>Paraksts:________________</w:t>
            </w:r>
          </w:p>
        </w:tc>
        <w:tc>
          <w:tcPr>
            <w:tcW w:w="4217" w:type="dxa"/>
          </w:tcPr>
          <w:p w14:paraId="5D4A138A" w14:textId="2015EE67" w:rsidR="006F6308" w:rsidRPr="00D62FC8" w:rsidRDefault="006F6308">
            <w:pPr>
              <w:rPr>
                <w:lang w:val="lv-LV"/>
              </w:rPr>
            </w:pPr>
            <w:r>
              <w:rPr>
                <w:lang w:val="lv-LV"/>
              </w:rPr>
              <w:t>Vārds, uzvārds:_____________________</w:t>
            </w:r>
          </w:p>
        </w:tc>
        <w:tc>
          <w:tcPr>
            <w:tcW w:w="3657" w:type="dxa"/>
          </w:tcPr>
          <w:p w14:paraId="27204344" w14:textId="78C90B17" w:rsidR="006F6308" w:rsidRDefault="006F6308">
            <w:pPr>
              <w:rPr>
                <w:lang w:val="lv-LV"/>
              </w:rPr>
            </w:pPr>
            <w:r>
              <w:rPr>
                <w:lang w:val="lv-LV"/>
              </w:rPr>
              <w:t>Datums:____________________</w:t>
            </w:r>
          </w:p>
        </w:tc>
      </w:tr>
    </w:tbl>
    <w:p w14:paraId="1FF4DECA" w14:textId="77777777" w:rsidR="003C1D26" w:rsidRPr="00D62FC8" w:rsidRDefault="003C1D26">
      <w:pPr>
        <w:rPr>
          <w:lang w:val="lv-LV"/>
        </w:rPr>
      </w:pPr>
    </w:p>
    <w:p w14:paraId="4F683D92" w14:textId="77777777" w:rsidR="006F6308" w:rsidRDefault="00000000" w:rsidP="00D62FC8">
      <w:pPr>
        <w:jc w:val="center"/>
        <w:rPr>
          <w:b/>
          <w:sz w:val="19"/>
          <w:lang w:val="lv-LV"/>
        </w:rPr>
      </w:pPr>
      <w:r w:rsidRPr="00D62FC8">
        <w:rPr>
          <w:b/>
          <w:sz w:val="19"/>
          <w:lang w:val="lv-LV"/>
        </w:rPr>
        <w:t>Jautājum</w:t>
      </w:r>
      <w:r w:rsidR="00D62FC8">
        <w:rPr>
          <w:b/>
          <w:sz w:val="19"/>
          <w:lang w:val="lv-LV"/>
        </w:rPr>
        <w:t xml:space="preserve">u gadījumā  </w:t>
      </w:r>
      <w:r w:rsidR="003C6E68">
        <w:rPr>
          <w:b/>
          <w:sz w:val="19"/>
          <w:lang w:val="lv-LV"/>
        </w:rPr>
        <w:t xml:space="preserve">interesenti </w:t>
      </w:r>
      <w:r w:rsidR="00D62FC8">
        <w:rPr>
          <w:b/>
          <w:sz w:val="19"/>
          <w:lang w:val="lv-LV"/>
        </w:rPr>
        <w:t>aicināti sazināties ar</w:t>
      </w:r>
    </w:p>
    <w:p w14:paraId="1013A48E" w14:textId="14926638" w:rsidR="003C1D26" w:rsidRPr="00D62FC8" w:rsidRDefault="00D62FC8" w:rsidP="00D62FC8">
      <w:pPr>
        <w:jc w:val="center"/>
        <w:rPr>
          <w:lang w:val="lv-LV"/>
        </w:rPr>
      </w:pPr>
      <w:r>
        <w:rPr>
          <w:b/>
          <w:sz w:val="19"/>
          <w:lang w:val="lv-LV"/>
        </w:rPr>
        <w:t xml:space="preserve">SIA “Valmieras ūdens” valdes locekli </w:t>
      </w:r>
      <w:r w:rsidRPr="00D62FC8">
        <w:rPr>
          <w:b/>
          <w:sz w:val="19"/>
          <w:lang w:val="lv-LV"/>
        </w:rPr>
        <w:t xml:space="preserve">Māri </w:t>
      </w:r>
      <w:proofErr w:type="spellStart"/>
      <w:r w:rsidRPr="00D62FC8">
        <w:rPr>
          <w:b/>
          <w:sz w:val="19"/>
          <w:lang w:val="lv-LV"/>
        </w:rPr>
        <w:t>Heinol</w:t>
      </w:r>
      <w:r w:rsidR="006C1432">
        <w:rPr>
          <w:b/>
          <w:sz w:val="19"/>
          <w:lang w:val="lv-LV"/>
        </w:rPr>
        <w:t>u</w:t>
      </w:r>
      <w:proofErr w:type="spellEnd"/>
      <w:r w:rsidRPr="00D62FC8">
        <w:rPr>
          <w:b/>
          <w:sz w:val="19"/>
          <w:lang w:val="lv-LV"/>
        </w:rPr>
        <w:t xml:space="preserve"> </w:t>
      </w:r>
      <w:r w:rsidR="006C1432">
        <w:rPr>
          <w:b/>
          <w:sz w:val="19"/>
          <w:lang w:val="lv-LV"/>
        </w:rPr>
        <w:t>(</w:t>
      </w:r>
      <w:r w:rsidRPr="00D62FC8">
        <w:rPr>
          <w:b/>
          <w:sz w:val="19"/>
          <w:lang w:val="lv-LV"/>
        </w:rPr>
        <w:t>tālr. 20217455</w:t>
      </w:r>
      <w:r w:rsidR="006C1432">
        <w:rPr>
          <w:b/>
          <w:sz w:val="19"/>
          <w:lang w:val="lv-LV"/>
        </w:rPr>
        <w:t>)</w:t>
      </w:r>
    </w:p>
    <w:sectPr w:rsidR="003C1D26" w:rsidRPr="00D62FC8" w:rsidSect="00034616">
      <w:headerReference w:type="default" r:id="rId8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9601" w14:textId="77777777" w:rsidR="00F81160" w:rsidRDefault="00F81160" w:rsidP="00D62FC8">
      <w:pPr>
        <w:spacing w:after="0" w:line="240" w:lineRule="auto"/>
      </w:pPr>
      <w:r>
        <w:separator/>
      </w:r>
    </w:p>
  </w:endnote>
  <w:endnote w:type="continuationSeparator" w:id="0">
    <w:p w14:paraId="43BE2DA1" w14:textId="77777777" w:rsidR="00F81160" w:rsidRDefault="00F81160" w:rsidP="00D6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3D93" w14:textId="77777777" w:rsidR="00F81160" w:rsidRDefault="00F81160" w:rsidP="00D62FC8">
      <w:pPr>
        <w:spacing w:after="0" w:line="240" w:lineRule="auto"/>
      </w:pPr>
      <w:r>
        <w:separator/>
      </w:r>
    </w:p>
  </w:footnote>
  <w:footnote w:type="continuationSeparator" w:id="0">
    <w:p w14:paraId="758C6F73" w14:textId="77777777" w:rsidR="00F81160" w:rsidRDefault="00F81160" w:rsidP="00D62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7854" w14:textId="36EC5432" w:rsidR="00D62FC8" w:rsidRDefault="00D62FC8" w:rsidP="00D62FC8">
    <w:pPr>
      <w:pStyle w:val="Header"/>
      <w:jc w:val="right"/>
    </w:pPr>
    <w:r>
      <w:rPr>
        <w:noProof/>
      </w:rPr>
      <w:drawing>
        <wp:inline distT="0" distB="0" distL="0" distR="0" wp14:anchorId="2366CBAC" wp14:editId="1C0E91A4">
          <wp:extent cx="2135299" cy="800735"/>
          <wp:effectExtent l="0" t="0" r="0" b="0"/>
          <wp:docPr id="5688989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898992" name="Picture 5688989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2847" cy="81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4741AE" w14:textId="77777777" w:rsidR="00D62FC8" w:rsidRDefault="00D62F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6513689">
    <w:abstractNumId w:val="8"/>
  </w:num>
  <w:num w:numId="2" w16cid:durableId="1927033813">
    <w:abstractNumId w:val="6"/>
  </w:num>
  <w:num w:numId="3" w16cid:durableId="1492407157">
    <w:abstractNumId w:val="5"/>
  </w:num>
  <w:num w:numId="4" w16cid:durableId="78866899">
    <w:abstractNumId w:val="4"/>
  </w:num>
  <w:num w:numId="5" w16cid:durableId="417561661">
    <w:abstractNumId w:val="7"/>
  </w:num>
  <w:num w:numId="6" w16cid:durableId="42406623">
    <w:abstractNumId w:val="3"/>
  </w:num>
  <w:num w:numId="7" w16cid:durableId="839665002">
    <w:abstractNumId w:val="2"/>
  </w:num>
  <w:num w:numId="8" w16cid:durableId="950286338">
    <w:abstractNumId w:val="1"/>
  </w:num>
  <w:num w:numId="9" w16cid:durableId="164465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67B"/>
    <w:rsid w:val="0006063C"/>
    <w:rsid w:val="000A09EF"/>
    <w:rsid w:val="00145696"/>
    <w:rsid w:val="0015074B"/>
    <w:rsid w:val="0029639D"/>
    <w:rsid w:val="00326F90"/>
    <w:rsid w:val="0036531C"/>
    <w:rsid w:val="003C1D26"/>
    <w:rsid w:val="003C6E68"/>
    <w:rsid w:val="006C1432"/>
    <w:rsid w:val="006D3EEA"/>
    <w:rsid w:val="006D56A9"/>
    <w:rsid w:val="006F6308"/>
    <w:rsid w:val="0075138E"/>
    <w:rsid w:val="008C4AE7"/>
    <w:rsid w:val="00A760FD"/>
    <w:rsid w:val="00AA1D8D"/>
    <w:rsid w:val="00B47730"/>
    <w:rsid w:val="00B75C59"/>
    <w:rsid w:val="00CB0664"/>
    <w:rsid w:val="00D62FC8"/>
    <w:rsid w:val="00F811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83745B"/>
  <w14:defaultImageDpi w14:val="300"/>
  <w15:docId w15:val="{EE88AFF0-E8C8-4F46-AF99-A2F45B54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Lab1stProjektors</cp:lastModifiedBy>
  <cp:revision>8</cp:revision>
  <cp:lastPrinted>2026-08-17T08:10:00Z</cp:lastPrinted>
  <dcterms:created xsi:type="dcterms:W3CDTF">2013-12-23T23:15:00Z</dcterms:created>
  <dcterms:modified xsi:type="dcterms:W3CDTF">2026-08-17T08:12:00Z</dcterms:modified>
  <cp:category/>
</cp:coreProperties>
</file>